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DB4E37" w14:textId="77777777" w:rsidR="00553311" w:rsidRDefault="00000000">
      <w:pPr>
        <w:pStyle w:val="aa"/>
        <w:spacing w:after="100"/>
        <w:jc w:val="center"/>
        <w:rPr>
          <w:lang w:eastAsia="ja-JP"/>
        </w:rPr>
      </w:pPr>
      <w:r>
        <w:rPr>
          <w:rFonts w:ascii="Noto Sans JP" w:eastAsia="Noto Sans JP" w:hAnsi="Noto Sans JP"/>
          <w:b/>
          <w:sz w:val="35"/>
          <w:lang w:eastAsia="ja-JP"/>
        </w:rPr>
        <w:t>2026年度 SIJインストラクターズミーティング</w:t>
      </w:r>
      <w:r>
        <w:rPr>
          <w:rFonts w:ascii="Noto Sans JP" w:eastAsia="Noto Sans JP" w:hAnsi="Noto Sans JP"/>
          <w:b/>
          <w:sz w:val="35"/>
          <w:lang w:eastAsia="ja-JP"/>
        </w:rPr>
        <w:br/>
        <w:t>および更新講習会</w:t>
      </w:r>
    </w:p>
    <w:p w14:paraId="7554644D" w14:textId="77777777" w:rsidR="00553311" w:rsidRDefault="00000000">
      <w:pPr>
        <w:spacing w:after="240"/>
        <w:jc w:val="center"/>
        <w:rPr>
          <w:lang w:eastAsia="ja-JP"/>
        </w:rPr>
      </w:pPr>
      <w:r>
        <w:rPr>
          <w:b/>
          <w:color w:val="2E6F73"/>
          <w:sz w:val="26"/>
          <w:lang w:eastAsia="ja-JP"/>
        </w:rPr>
        <w:t>北海道地区 開催要項</w:t>
      </w:r>
    </w:p>
    <w:p w14:paraId="4198D363" w14:textId="77777777" w:rsidR="00553311" w:rsidRDefault="00000000">
      <w:pPr>
        <w:spacing w:after="160" w:line="288" w:lineRule="auto"/>
        <w:rPr>
          <w:lang w:eastAsia="ja-JP"/>
        </w:rPr>
      </w:pPr>
      <w:r>
        <w:rPr>
          <w:lang w:eastAsia="ja-JP"/>
        </w:rPr>
        <w:t>本講習会は、新バッジテスト制度の理解を深め、各級の評価基準と実施方法をインストラクター間で統一することを主な目的に開催します。実技では、各級のスキルチェック、スピードテスト、横移動テストを中心に、実施手順、評価の着眼点、安全な検定運営を確認します。あわせて、安全管理に関する知識を更新し、インストラクター同士の交流と情報交換を行います。</w:t>
      </w:r>
    </w:p>
    <w:p w14:paraId="1EF248B8" w14:textId="77777777" w:rsidR="00553311" w:rsidRDefault="00000000">
      <w:pPr>
        <w:pStyle w:val="1"/>
        <w:spacing w:before="160" w:after="60"/>
      </w:pPr>
      <w:proofErr w:type="spellStart"/>
      <w:r>
        <w:rPr>
          <w:rFonts w:ascii="Noto Sans JP" w:eastAsia="Noto Sans JP" w:hAnsi="Noto Sans JP"/>
          <w:sz w:val="26"/>
        </w:rPr>
        <w:t>開催概要</w:t>
      </w:r>
      <w:proofErr w:type="spellEnd"/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8236"/>
      </w:tblGrid>
      <w:tr w:rsidR="00553311" w14:paraId="0C78F782" w14:textId="77777777">
        <w:trPr>
          <w:jc w:val="center"/>
        </w:trPr>
        <w:tc>
          <w:tcPr>
            <w:tcW w:w="1800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DC86D2" w14:textId="77777777" w:rsidR="00553311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開催日</w:t>
            </w:r>
          </w:p>
        </w:tc>
        <w:tc>
          <w:tcPr>
            <w:tcW w:w="82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2D072C" w14:textId="77777777" w:rsidR="00553311" w:rsidRDefault="00000000">
            <w:pPr>
              <w:spacing w:after="0"/>
            </w:pPr>
            <w:r>
              <w:rPr>
                <w:sz w:val="20"/>
              </w:rPr>
              <w:t>2026年10月18日 日曜日</w:t>
            </w:r>
          </w:p>
        </w:tc>
      </w:tr>
      <w:tr w:rsidR="00553311" w14:paraId="75CDC552" w14:textId="77777777">
        <w:trPr>
          <w:jc w:val="center"/>
        </w:trPr>
        <w:tc>
          <w:tcPr>
            <w:tcW w:w="1800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BBE582" w14:textId="77777777" w:rsidR="00553311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時間</w:t>
            </w:r>
          </w:p>
        </w:tc>
        <w:tc>
          <w:tcPr>
            <w:tcW w:w="8236" w:type="dxa"/>
            <w:shd w:val="clear" w:color="auto" w:fill="F5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60774F" w14:textId="77777777" w:rsidR="00553311" w:rsidRDefault="00000000">
            <w:pPr>
              <w:spacing w:after="0"/>
              <w:rPr>
                <w:lang w:eastAsia="ja-JP"/>
              </w:rPr>
            </w:pPr>
            <w:r>
              <w:rPr>
                <w:sz w:val="20"/>
                <w:lang w:eastAsia="ja-JP"/>
              </w:rPr>
              <w:t>9時00分から16時30分まで　受付 8時30分から</w:t>
            </w:r>
          </w:p>
        </w:tc>
      </w:tr>
      <w:tr w:rsidR="00553311" w14:paraId="0BECDDF7" w14:textId="77777777">
        <w:trPr>
          <w:jc w:val="center"/>
        </w:trPr>
        <w:tc>
          <w:tcPr>
            <w:tcW w:w="1800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17E0C2" w14:textId="77777777" w:rsidR="00553311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20"/>
              </w:rPr>
              <w:t>会場</w:t>
            </w:r>
            <w:proofErr w:type="spellEnd"/>
          </w:p>
        </w:tc>
        <w:tc>
          <w:tcPr>
            <w:tcW w:w="82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1669FD" w14:textId="77777777" w:rsidR="00553311" w:rsidRDefault="00000000">
            <w:pPr>
              <w:spacing w:after="0"/>
              <w:rPr>
                <w:lang w:eastAsia="ja-JP"/>
              </w:rPr>
            </w:pPr>
            <w:r>
              <w:rPr>
                <w:sz w:val="20"/>
                <w:lang w:eastAsia="ja-JP"/>
              </w:rPr>
              <w:t>支笏湖みなも</w:t>
            </w:r>
            <w:proofErr w:type="gramStart"/>
            <w:r>
              <w:rPr>
                <w:sz w:val="20"/>
                <w:lang w:eastAsia="ja-JP"/>
              </w:rPr>
              <w:t>あ</w:t>
            </w:r>
            <w:proofErr w:type="gramEnd"/>
            <w:r>
              <w:rPr>
                <w:sz w:val="20"/>
                <w:lang w:eastAsia="ja-JP"/>
              </w:rPr>
              <w:t>パーク　北海道千歳市支笏湖温泉</w:t>
            </w:r>
          </w:p>
        </w:tc>
      </w:tr>
      <w:tr w:rsidR="00553311" w14:paraId="22F6AA27" w14:textId="77777777">
        <w:trPr>
          <w:jc w:val="center"/>
        </w:trPr>
        <w:tc>
          <w:tcPr>
            <w:tcW w:w="1800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0BF20C" w14:textId="77777777" w:rsidR="00553311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20"/>
              </w:rPr>
              <w:t>対象</w:t>
            </w:r>
            <w:proofErr w:type="spellEnd"/>
          </w:p>
        </w:tc>
        <w:tc>
          <w:tcPr>
            <w:tcW w:w="8236" w:type="dxa"/>
            <w:shd w:val="clear" w:color="auto" w:fill="F5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517B5D" w14:textId="77777777" w:rsidR="00553311" w:rsidRDefault="00000000">
            <w:pPr>
              <w:spacing w:after="0"/>
              <w:rPr>
                <w:lang w:eastAsia="ja-JP"/>
              </w:rPr>
            </w:pPr>
            <w:r>
              <w:rPr>
                <w:sz w:val="20"/>
                <w:lang w:eastAsia="ja-JP"/>
              </w:rPr>
              <w:t>SIJ公認インストラクター　レベル1 レベル2 レベル3</w:t>
            </w:r>
          </w:p>
        </w:tc>
      </w:tr>
      <w:tr w:rsidR="00553311" w14:paraId="0325ACC2" w14:textId="77777777">
        <w:trPr>
          <w:jc w:val="center"/>
        </w:trPr>
        <w:tc>
          <w:tcPr>
            <w:tcW w:w="1800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EA6E4F" w14:textId="77777777" w:rsidR="00553311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20"/>
              </w:rPr>
              <w:t>参加費</w:t>
            </w:r>
            <w:proofErr w:type="spellEnd"/>
          </w:p>
        </w:tc>
        <w:tc>
          <w:tcPr>
            <w:tcW w:w="82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96CC3B" w14:textId="77777777" w:rsidR="00553311" w:rsidRDefault="00000000">
            <w:pPr>
              <w:spacing w:after="0"/>
            </w:pPr>
            <w:r>
              <w:rPr>
                <w:sz w:val="20"/>
              </w:rPr>
              <w:t>10,000円 税込</w:t>
            </w:r>
          </w:p>
        </w:tc>
      </w:tr>
      <w:tr w:rsidR="00553311" w14:paraId="4F9B0CF8" w14:textId="77777777">
        <w:trPr>
          <w:jc w:val="center"/>
        </w:trPr>
        <w:tc>
          <w:tcPr>
            <w:tcW w:w="1800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61403A" w14:textId="77777777" w:rsidR="00553311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主催</w:t>
            </w:r>
          </w:p>
        </w:tc>
        <w:tc>
          <w:tcPr>
            <w:tcW w:w="8236" w:type="dxa"/>
            <w:shd w:val="clear" w:color="auto" w:fill="F5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E9E24A" w14:textId="77777777" w:rsidR="00553311" w:rsidRDefault="00000000">
            <w:pPr>
              <w:spacing w:after="0"/>
            </w:pPr>
            <w:r>
              <w:rPr>
                <w:sz w:val="20"/>
              </w:rPr>
              <w:t>一般社団法人 日本SUP指導者協会 SIJ</w:t>
            </w:r>
          </w:p>
        </w:tc>
      </w:tr>
      <w:tr w:rsidR="00553311" w14:paraId="6A015F4B" w14:textId="77777777">
        <w:trPr>
          <w:jc w:val="center"/>
        </w:trPr>
        <w:tc>
          <w:tcPr>
            <w:tcW w:w="1800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4D6901" w14:textId="77777777" w:rsidR="00553311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主管</w:t>
            </w:r>
          </w:p>
        </w:tc>
        <w:tc>
          <w:tcPr>
            <w:tcW w:w="82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C1F5D9" w14:textId="77777777" w:rsidR="00553311" w:rsidRDefault="00000000">
            <w:pPr>
              <w:spacing w:after="0"/>
            </w:pPr>
            <w:r>
              <w:rPr>
                <w:sz w:val="20"/>
              </w:rPr>
              <w:t>Hokkaido Great Adventure　SIJ公認スクール</w:t>
            </w:r>
          </w:p>
        </w:tc>
      </w:tr>
    </w:tbl>
    <w:p w14:paraId="51B1BBCD" w14:textId="77777777" w:rsidR="00553311" w:rsidRDefault="00000000">
      <w:pPr>
        <w:pStyle w:val="1"/>
        <w:spacing w:before="160" w:after="60"/>
      </w:pPr>
      <w:r>
        <w:rPr>
          <w:rFonts w:ascii="Noto Sans JP" w:eastAsia="Noto Sans JP" w:hAnsi="Noto Sans JP"/>
          <w:sz w:val="26"/>
        </w:rPr>
        <w:t>講習内容</w:t>
      </w:r>
    </w:p>
    <w:p w14:paraId="2A7E9578" w14:textId="77777777" w:rsidR="00553311" w:rsidRDefault="00000000">
      <w:pPr>
        <w:ind w:left="288" w:hanging="288"/>
        <w:rPr>
          <w:lang w:eastAsia="ja-JP"/>
        </w:rPr>
      </w:pPr>
      <w:r>
        <w:rPr>
          <w:b/>
          <w:sz w:val="20"/>
          <w:lang w:eastAsia="ja-JP"/>
        </w:rPr>
        <w:t xml:space="preserve">1  新バッジテスト制度の確認　</w:t>
      </w:r>
      <w:r>
        <w:rPr>
          <w:sz w:val="20"/>
          <w:lang w:eastAsia="ja-JP"/>
        </w:rPr>
        <w:t>制度の目的、各級の課題、評価基準、検定の進め方、判定時の共通事項を確認</w:t>
      </w:r>
    </w:p>
    <w:p w14:paraId="5538E8F2" w14:textId="77777777" w:rsidR="00553311" w:rsidRDefault="00000000">
      <w:pPr>
        <w:ind w:left="288" w:hanging="288"/>
        <w:rPr>
          <w:lang w:eastAsia="ja-JP"/>
        </w:rPr>
      </w:pPr>
      <w:r>
        <w:rPr>
          <w:b/>
          <w:sz w:val="20"/>
          <w:lang w:eastAsia="ja-JP"/>
        </w:rPr>
        <w:t xml:space="preserve">2  インストラクターズミーティング　</w:t>
      </w:r>
      <w:r>
        <w:rPr>
          <w:sz w:val="20"/>
          <w:lang w:eastAsia="ja-JP"/>
        </w:rPr>
        <w:t>地域の活動報告、事故・ヒヤリハット事例、現場課題の共有、インストラクター同士の交流と情報交換</w:t>
      </w:r>
    </w:p>
    <w:p w14:paraId="034D6947" w14:textId="77777777" w:rsidR="00553311" w:rsidRDefault="00000000">
      <w:pPr>
        <w:ind w:left="288" w:hanging="288"/>
        <w:rPr>
          <w:lang w:eastAsia="ja-JP"/>
        </w:rPr>
      </w:pPr>
      <w:r>
        <w:rPr>
          <w:b/>
          <w:sz w:val="20"/>
          <w:lang w:eastAsia="ja-JP"/>
        </w:rPr>
        <w:t xml:space="preserve">3  安全管理と検定運営　</w:t>
      </w:r>
      <w:r>
        <w:rPr>
          <w:sz w:val="20"/>
          <w:lang w:eastAsia="ja-JP"/>
        </w:rPr>
        <w:t>気象・水温・フィールド判断、受検者評価、ブリーフィング、コース設定、緊急時対応、再乗艇支援とけん引の再確認</w:t>
      </w:r>
    </w:p>
    <w:p w14:paraId="4BCC88B5" w14:textId="77777777" w:rsidR="00553311" w:rsidRDefault="00000000">
      <w:pPr>
        <w:ind w:left="288" w:hanging="288"/>
        <w:rPr>
          <w:lang w:eastAsia="ja-JP"/>
        </w:rPr>
      </w:pPr>
      <w:r>
        <w:rPr>
          <w:b/>
          <w:sz w:val="20"/>
          <w:lang w:eastAsia="ja-JP"/>
        </w:rPr>
        <w:t xml:space="preserve">4  各級のスキルチェック　</w:t>
      </w:r>
      <w:r>
        <w:rPr>
          <w:sz w:val="20"/>
          <w:lang w:eastAsia="ja-JP"/>
        </w:rPr>
        <w:t>各級の基準に沿って、基本姿勢、パドルワーク、停止、ターン、ボードコントロールなどを確認</w:t>
      </w:r>
    </w:p>
    <w:p w14:paraId="00A55F47" w14:textId="77777777" w:rsidR="00553311" w:rsidRDefault="00000000">
      <w:pPr>
        <w:ind w:left="288" w:hanging="288"/>
        <w:rPr>
          <w:lang w:eastAsia="ja-JP"/>
        </w:rPr>
      </w:pPr>
      <w:r>
        <w:rPr>
          <w:b/>
          <w:sz w:val="20"/>
          <w:lang w:eastAsia="ja-JP"/>
        </w:rPr>
        <w:t xml:space="preserve">5  スピードテスト　</w:t>
      </w:r>
      <w:r>
        <w:rPr>
          <w:sz w:val="20"/>
          <w:lang w:eastAsia="ja-JP"/>
        </w:rPr>
        <w:t>対象級の基準に沿って、コース設定、計測方法、実施手順、安全管理、評価の着眼点を実践</w:t>
      </w:r>
    </w:p>
    <w:p w14:paraId="6344D0E7" w14:textId="77777777" w:rsidR="00553311" w:rsidRDefault="00000000">
      <w:pPr>
        <w:ind w:left="288" w:hanging="288"/>
        <w:rPr>
          <w:lang w:eastAsia="ja-JP"/>
        </w:rPr>
      </w:pPr>
      <w:r>
        <w:rPr>
          <w:b/>
          <w:sz w:val="20"/>
          <w:lang w:eastAsia="ja-JP"/>
        </w:rPr>
        <w:t xml:space="preserve">6  横移動テスト　</w:t>
      </w:r>
      <w:r>
        <w:rPr>
          <w:sz w:val="20"/>
          <w:lang w:eastAsia="ja-JP"/>
        </w:rPr>
        <w:t>対象級の基準に沿って、横移動技術の実施手順、判定方法、よくある課題と修正ポイントを確認</w:t>
      </w:r>
    </w:p>
    <w:p w14:paraId="620F0AE7" w14:textId="77777777" w:rsidR="00553311" w:rsidRDefault="00000000">
      <w:pPr>
        <w:pStyle w:val="1"/>
        <w:spacing w:before="160" w:after="60"/>
      </w:pPr>
      <w:proofErr w:type="spellStart"/>
      <w:r>
        <w:rPr>
          <w:rFonts w:ascii="Noto Sans JP" w:eastAsia="Noto Sans JP" w:hAnsi="Noto Sans JP"/>
          <w:sz w:val="26"/>
        </w:rPr>
        <w:t>予定スケジュール</w:t>
      </w:r>
      <w:proofErr w:type="spellEnd"/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8236"/>
      </w:tblGrid>
      <w:tr w:rsidR="00553311" w14:paraId="6E08642D" w14:textId="77777777">
        <w:trPr>
          <w:jc w:val="center"/>
        </w:trPr>
        <w:tc>
          <w:tcPr>
            <w:tcW w:w="1800" w:type="dxa"/>
            <w:shd w:val="clear" w:color="auto" w:fill="17365D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22352E" w14:textId="77777777" w:rsidR="00553311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時間</w:t>
            </w:r>
          </w:p>
        </w:tc>
        <w:tc>
          <w:tcPr>
            <w:tcW w:w="8236" w:type="dxa"/>
            <w:shd w:val="clear" w:color="auto" w:fill="17365D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5F09D1" w14:textId="77777777" w:rsidR="00553311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内容</w:t>
            </w:r>
          </w:p>
        </w:tc>
      </w:tr>
      <w:tr w:rsidR="00553311" w14:paraId="0BE7ED5E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2F7F69A" w14:textId="77777777" w:rsidR="00553311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8時30分</w:t>
            </w:r>
          </w:p>
        </w:tc>
        <w:tc>
          <w:tcPr>
            <w:tcW w:w="8236" w:type="dxa"/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DBC4D23" w14:textId="77777777" w:rsidR="00553311" w:rsidRDefault="00000000">
            <w:pPr>
              <w:spacing w:after="0"/>
            </w:pPr>
            <w:r>
              <w:rPr>
                <w:sz w:val="18"/>
              </w:rPr>
              <w:t>受付・装備確認</w:t>
            </w:r>
          </w:p>
        </w:tc>
      </w:tr>
      <w:tr w:rsidR="00553311" w14:paraId="467B3170" w14:textId="77777777">
        <w:trPr>
          <w:jc w:val="center"/>
        </w:trPr>
        <w:tc>
          <w:tcPr>
            <w:tcW w:w="1800" w:type="dxa"/>
            <w:shd w:val="clear" w:color="auto" w:fill="F5F7F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B89E4B9" w14:textId="77777777" w:rsidR="00553311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9時00分</w:t>
            </w:r>
          </w:p>
        </w:tc>
        <w:tc>
          <w:tcPr>
            <w:tcW w:w="8236" w:type="dxa"/>
            <w:shd w:val="clear" w:color="auto" w:fill="F5F7F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418622D" w14:textId="77777777" w:rsidR="00553311" w:rsidRDefault="00000000">
            <w:pPr>
              <w:spacing w:after="0"/>
              <w:rPr>
                <w:lang w:eastAsia="ja-JP"/>
              </w:rPr>
            </w:pPr>
            <w:r>
              <w:rPr>
                <w:sz w:val="18"/>
                <w:lang w:eastAsia="ja-JP"/>
              </w:rPr>
              <w:t>開講式・オリエンテーション</w:t>
            </w:r>
          </w:p>
        </w:tc>
      </w:tr>
      <w:tr w:rsidR="00553311" w14:paraId="725F9495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7F246E66" w14:textId="77777777" w:rsidR="00553311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9時15分</w:t>
            </w:r>
          </w:p>
        </w:tc>
        <w:tc>
          <w:tcPr>
            <w:tcW w:w="8236" w:type="dxa"/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33AC41A8" w14:textId="77777777" w:rsidR="00553311" w:rsidRDefault="00000000">
            <w:pPr>
              <w:spacing w:after="0"/>
              <w:rPr>
                <w:lang w:eastAsia="ja-JP"/>
              </w:rPr>
            </w:pPr>
            <w:r>
              <w:rPr>
                <w:sz w:val="18"/>
                <w:lang w:eastAsia="ja-JP"/>
              </w:rPr>
              <w:t>新バッジテスト制度　制度概要・各級の課題・評価基準</w:t>
            </w:r>
          </w:p>
        </w:tc>
      </w:tr>
      <w:tr w:rsidR="00553311" w14:paraId="2E0EBD98" w14:textId="77777777">
        <w:trPr>
          <w:jc w:val="center"/>
        </w:trPr>
        <w:tc>
          <w:tcPr>
            <w:tcW w:w="1800" w:type="dxa"/>
            <w:shd w:val="clear" w:color="auto" w:fill="F5F7F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7D40E11" w14:textId="77777777" w:rsidR="00553311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10時00分</w:t>
            </w:r>
          </w:p>
        </w:tc>
        <w:tc>
          <w:tcPr>
            <w:tcW w:w="8236" w:type="dxa"/>
            <w:shd w:val="clear" w:color="auto" w:fill="F5F7F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7D2C7844" w14:textId="77777777" w:rsidR="00553311" w:rsidRDefault="00000000">
            <w:pPr>
              <w:spacing w:after="0"/>
              <w:rPr>
                <w:lang w:eastAsia="ja-JP"/>
              </w:rPr>
            </w:pPr>
            <w:r>
              <w:rPr>
                <w:sz w:val="18"/>
                <w:lang w:eastAsia="ja-JP"/>
              </w:rPr>
              <w:t>インストラクターズミーティング　活動報告・交流・情報交換</w:t>
            </w:r>
          </w:p>
        </w:tc>
      </w:tr>
      <w:tr w:rsidR="00553311" w14:paraId="4EA11983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68C317C" w14:textId="77777777" w:rsidR="00553311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11時00分</w:t>
            </w:r>
          </w:p>
        </w:tc>
        <w:tc>
          <w:tcPr>
            <w:tcW w:w="8236" w:type="dxa"/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4B531D8A" w14:textId="77777777" w:rsidR="00553311" w:rsidRDefault="00000000">
            <w:pPr>
              <w:spacing w:after="0"/>
              <w:rPr>
                <w:lang w:eastAsia="ja-JP"/>
              </w:rPr>
            </w:pPr>
            <w:r>
              <w:rPr>
                <w:sz w:val="18"/>
                <w:lang w:eastAsia="ja-JP"/>
              </w:rPr>
              <w:t>安全管理と検定運営　コース設定・緊急時対応・レスキュー</w:t>
            </w:r>
          </w:p>
        </w:tc>
      </w:tr>
      <w:tr w:rsidR="00553311" w14:paraId="55CBCF94" w14:textId="77777777">
        <w:trPr>
          <w:jc w:val="center"/>
        </w:trPr>
        <w:tc>
          <w:tcPr>
            <w:tcW w:w="1800" w:type="dxa"/>
            <w:shd w:val="clear" w:color="auto" w:fill="F5F7F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155CA363" w14:textId="77777777" w:rsidR="00553311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12時00分</w:t>
            </w:r>
          </w:p>
        </w:tc>
        <w:tc>
          <w:tcPr>
            <w:tcW w:w="8236" w:type="dxa"/>
            <w:shd w:val="clear" w:color="auto" w:fill="F5F7F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1DF4DCEA" w14:textId="77777777" w:rsidR="00553311" w:rsidRDefault="00000000">
            <w:pPr>
              <w:spacing w:after="0"/>
            </w:pPr>
            <w:r>
              <w:rPr>
                <w:sz w:val="18"/>
              </w:rPr>
              <w:t>昼食・休憩</w:t>
            </w:r>
          </w:p>
        </w:tc>
      </w:tr>
      <w:tr w:rsidR="00553311" w14:paraId="43F2922C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6E7410D" w14:textId="77777777" w:rsidR="00553311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13時00分</w:t>
            </w:r>
          </w:p>
        </w:tc>
        <w:tc>
          <w:tcPr>
            <w:tcW w:w="8236" w:type="dxa"/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70B752DB" w14:textId="77777777" w:rsidR="00553311" w:rsidRDefault="00000000">
            <w:pPr>
              <w:spacing w:after="0"/>
              <w:rPr>
                <w:lang w:eastAsia="ja-JP"/>
              </w:rPr>
            </w:pPr>
            <w:r>
              <w:rPr>
                <w:sz w:val="18"/>
                <w:lang w:eastAsia="ja-JP"/>
              </w:rPr>
              <w:t>新バッジテスト実技　各級のスキルチェック・評価</w:t>
            </w:r>
          </w:p>
        </w:tc>
      </w:tr>
      <w:tr w:rsidR="00553311" w14:paraId="0171EE59" w14:textId="77777777">
        <w:trPr>
          <w:jc w:val="center"/>
        </w:trPr>
        <w:tc>
          <w:tcPr>
            <w:tcW w:w="1800" w:type="dxa"/>
            <w:shd w:val="clear" w:color="auto" w:fill="F5F7F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4BDE6A24" w14:textId="77777777" w:rsidR="00553311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lastRenderedPageBreak/>
              <w:t>14時15分</w:t>
            </w:r>
          </w:p>
        </w:tc>
        <w:tc>
          <w:tcPr>
            <w:tcW w:w="8236" w:type="dxa"/>
            <w:shd w:val="clear" w:color="auto" w:fill="F5F7F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2E9ABDD9" w14:textId="77777777" w:rsidR="00553311" w:rsidRDefault="00000000">
            <w:pPr>
              <w:spacing w:after="0"/>
              <w:rPr>
                <w:lang w:eastAsia="ja-JP"/>
              </w:rPr>
            </w:pPr>
            <w:r>
              <w:rPr>
                <w:sz w:val="18"/>
                <w:lang w:eastAsia="ja-JP"/>
              </w:rPr>
              <w:t>新バッジテスト実技　スピードテスト・計測・評価</w:t>
            </w:r>
          </w:p>
        </w:tc>
      </w:tr>
      <w:tr w:rsidR="00553311" w14:paraId="7B67E8EC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AD18EDF" w14:textId="77777777" w:rsidR="00553311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15時00分</w:t>
            </w:r>
          </w:p>
        </w:tc>
        <w:tc>
          <w:tcPr>
            <w:tcW w:w="8236" w:type="dxa"/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2462BFE1" w14:textId="77777777" w:rsidR="00553311" w:rsidRDefault="00000000">
            <w:pPr>
              <w:spacing w:after="0"/>
              <w:rPr>
                <w:lang w:eastAsia="ja-JP"/>
              </w:rPr>
            </w:pPr>
            <w:r>
              <w:rPr>
                <w:sz w:val="18"/>
                <w:lang w:eastAsia="ja-JP"/>
              </w:rPr>
              <w:t>新バッジテスト実技　横移動テスト・判定・修正指導</w:t>
            </w:r>
          </w:p>
        </w:tc>
      </w:tr>
      <w:tr w:rsidR="00553311" w14:paraId="3B687B07" w14:textId="77777777">
        <w:trPr>
          <w:jc w:val="center"/>
        </w:trPr>
        <w:tc>
          <w:tcPr>
            <w:tcW w:w="1800" w:type="dxa"/>
            <w:shd w:val="clear" w:color="auto" w:fill="F5F7F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C5FA78C" w14:textId="77777777" w:rsidR="00553311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15時45分</w:t>
            </w:r>
          </w:p>
        </w:tc>
        <w:tc>
          <w:tcPr>
            <w:tcW w:w="8236" w:type="dxa"/>
            <w:shd w:val="clear" w:color="auto" w:fill="F5F7F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CAB870A" w14:textId="77777777" w:rsidR="00553311" w:rsidRDefault="00000000">
            <w:pPr>
              <w:spacing w:after="0"/>
              <w:rPr>
                <w:lang w:eastAsia="ja-JP"/>
              </w:rPr>
            </w:pPr>
            <w:r>
              <w:rPr>
                <w:sz w:val="18"/>
                <w:lang w:eastAsia="ja-JP"/>
              </w:rPr>
              <w:t>実技のまとめ・評価基準のすり合わせ・フィードバック</w:t>
            </w:r>
          </w:p>
        </w:tc>
      </w:tr>
      <w:tr w:rsidR="00553311" w14:paraId="6A2B06FE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324480B4" w14:textId="77777777" w:rsidR="00553311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16時10分</w:t>
            </w:r>
          </w:p>
        </w:tc>
        <w:tc>
          <w:tcPr>
            <w:tcW w:w="8236" w:type="dxa"/>
            <w:shd w:val="clear" w:color="auto" w:fill="FFFFFF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90A45F9" w14:textId="77777777" w:rsidR="00553311" w:rsidRDefault="00000000">
            <w:pPr>
              <w:spacing w:after="0"/>
              <w:rPr>
                <w:lang w:eastAsia="ja-JP"/>
              </w:rPr>
            </w:pPr>
            <w:r>
              <w:rPr>
                <w:sz w:val="18"/>
                <w:lang w:eastAsia="ja-JP"/>
              </w:rPr>
              <w:t>質疑応答・更新手続き案内・閉講式</w:t>
            </w:r>
          </w:p>
        </w:tc>
      </w:tr>
      <w:tr w:rsidR="00553311" w14:paraId="20EA168E" w14:textId="77777777">
        <w:trPr>
          <w:jc w:val="center"/>
        </w:trPr>
        <w:tc>
          <w:tcPr>
            <w:tcW w:w="1800" w:type="dxa"/>
            <w:shd w:val="clear" w:color="auto" w:fill="F5F7F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FB83E8E" w14:textId="77777777" w:rsidR="00553311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16時30分</w:t>
            </w:r>
          </w:p>
        </w:tc>
        <w:tc>
          <w:tcPr>
            <w:tcW w:w="8236" w:type="dxa"/>
            <w:shd w:val="clear" w:color="auto" w:fill="F5F7F9"/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2A447FDD" w14:textId="77777777" w:rsidR="00553311" w:rsidRDefault="00000000">
            <w:pPr>
              <w:spacing w:after="0"/>
            </w:pPr>
            <w:r>
              <w:rPr>
                <w:sz w:val="18"/>
              </w:rPr>
              <w:t>終了</w:t>
            </w:r>
          </w:p>
        </w:tc>
      </w:tr>
    </w:tbl>
    <w:p w14:paraId="4F70142F" w14:textId="77777777" w:rsidR="00553311" w:rsidRDefault="00000000">
      <w:pPr>
        <w:pStyle w:val="1"/>
        <w:spacing w:before="160" w:after="60"/>
      </w:pPr>
      <w:r>
        <w:rPr>
          <w:rFonts w:ascii="Noto Sans JP" w:eastAsia="Noto Sans JP" w:hAnsi="Noto Sans JP"/>
          <w:sz w:val="26"/>
        </w:rPr>
        <w:t>持ち物と装備</w:t>
      </w:r>
    </w:p>
    <w:p w14:paraId="19C33DAC" w14:textId="77777777" w:rsidR="00553311" w:rsidRDefault="00000000">
      <w:pPr>
        <w:pStyle w:val="a0"/>
        <w:spacing w:after="30" w:line="269" w:lineRule="auto"/>
        <w:ind w:left="317" w:hanging="202"/>
        <w:rPr>
          <w:lang w:eastAsia="ja-JP"/>
        </w:rPr>
      </w:pPr>
      <w:r>
        <w:rPr>
          <w:sz w:val="19"/>
          <w:lang w:eastAsia="ja-JP"/>
        </w:rPr>
        <w:t>SUP一式　ボード、パドル、フィン、使用環境に適したリーシュコード</w:t>
      </w:r>
    </w:p>
    <w:p w14:paraId="7221A6DB" w14:textId="77777777" w:rsidR="00553311" w:rsidRDefault="00000000">
      <w:pPr>
        <w:pStyle w:val="a0"/>
        <w:spacing w:after="30" w:line="269" w:lineRule="auto"/>
        <w:ind w:left="317" w:hanging="202"/>
        <w:rPr>
          <w:lang w:eastAsia="ja-JP"/>
        </w:rPr>
      </w:pPr>
      <w:r>
        <w:rPr>
          <w:sz w:val="19"/>
          <w:lang w:eastAsia="ja-JP"/>
        </w:rPr>
        <w:t>適正サイズのPFD、ホイッスル、けん引用ロープまたはトーイングシステム</w:t>
      </w:r>
    </w:p>
    <w:p w14:paraId="100B0251" w14:textId="77777777" w:rsidR="00553311" w:rsidRDefault="00000000">
      <w:pPr>
        <w:pStyle w:val="a0"/>
        <w:spacing w:after="30" w:line="269" w:lineRule="auto"/>
        <w:ind w:left="317" w:hanging="202"/>
        <w:rPr>
          <w:lang w:eastAsia="ja-JP"/>
        </w:rPr>
      </w:pPr>
      <w:r>
        <w:rPr>
          <w:sz w:val="19"/>
          <w:lang w:eastAsia="ja-JP"/>
        </w:rPr>
        <w:t>ドライスーツ、防寒用インナー、ブーツ、グローブ、帽子など冷水環境に対応した装備</w:t>
      </w:r>
    </w:p>
    <w:p w14:paraId="1164A057" w14:textId="77777777" w:rsidR="00553311" w:rsidRDefault="00000000">
      <w:pPr>
        <w:pStyle w:val="a0"/>
        <w:spacing w:after="30" w:line="269" w:lineRule="auto"/>
        <w:ind w:left="317" w:hanging="202"/>
        <w:rPr>
          <w:lang w:eastAsia="ja-JP"/>
        </w:rPr>
      </w:pPr>
      <w:r>
        <w:rPr>
          <w:sz w:val="19"/>
          <w:lang w:eastAsia="ja-JP"/>
        </w:rPr>
        <w:t>飲料、昼食、筆記用具、SIJテキスト、新バッジテスト制度の資料、インストラクター証またはSIJ IDを確認できるもの</w:t>
      </w:r>
    </w:p>
    <w:p w14:paraId="5C67E4F3" w14:textId="77777777" w:rsidR="00553311" w:rsidRDefault="00000000">
      <w:pPr>
        <w:pStyle w:val="1"/>
        <w:spacing w:before="160" w:after="60"/>
        <w:rPr>
          <w:lang w:eastAsia="ja-JP"/>
        </w:rPr>
      </w:pPr>
      <w:r>
        <w:rPr>
          <w:rFonts w:ascii="Noto Sans JP" w:eastAsia="Noto Sans JP" w:hAnsi="Noto Sans JP"/>
          <w:sz w:val="26"/>
          <w:lang w:eastAsia="ja-JP"/>
        </w:rPr>
        <w:t>更新講習の取り扱い</w:t>
      </w:r>
    </w:p>
    <w:p w14:paraId="18C712B9" w14:textId="77777777" w:rsidR="00553311" w:rsidRDefault="00000000">
      <w:pPr>
        <w:spacing w:after="100"/>
        <w:rPr>
          <w:lang w:eastAsia="ja-JP"/>
        </w:rPr>
      </w:pPr>
      <w:r>
        <w:rPr>
          <w:sz w:val="20"/>
          <w:lang w:eastAsia="ja-JP"/>
        </w:rPr>
        <w:t>SIJインストラクター資格は3年ごとに更新が必要です。全課程修了者を更新講習受講者として取り扱います。対象年度・登録状況は申込時に確認してください。途中参加・途中退出は更新受講として認められない場合があります。</w:t>
      </w:r>
    </w:p>
    <w:p w14:paraId="282611E2" w14:textId="77777777" w:rsidR="00553311" w:rsidRDefault="00000000">
      <w:pPr>
        <w:pStyle w:val="1"/>
        <w:spacing w:before="160" w:after="60"/>
      </w:pPr>
      <w:proofErr w:type="spellStart"/>
      <w:r>
        <w:rPr>
          <w:rFonts w:ascii="Noto Sans JP" w:eastAsia="Noto Sans JP" w:hAnsi="Noto Sans JP"/>
          <w:sz w:val="26"/>
        </w:rPr>
        <w:t>安全管理と開催判断</w:t>
      </w:r>
      <w:proofErr w:type="spellEnd"/>
    </w:p>
    <w:p w14:paraId="5788DA4D" w14:textId="77777777" w:rsidR="00553311" w:rsidRDefault="00000000">
      <w:pPr>
        <w:pStyle w:val="a0"/>
        <w:spacing w:after="30" w:line="269" w:lineRule="auto"/>
        <w:ind w:left="317" w:hanging="202"/>
        <w:rPr>
          <w:lang w:eastAsia="ja-JP"/>
        </w:rPr>
      </w:pPr>
      <w:r>
        <w:rPr>
          <w:sz w:val="19"/>
          <w:lang w:eastAsia="ja-JP"/>
        </w:rPr>
        <w:t>当日の気象・水象・水温により、水上講習の内容変更、陸上講習への切り替え、時間短縮または中止とする場合があります。</w:t>
      </w:r>
    </w:p>
    <w:p w14:paraId="382B9596" w14:textId="77777777" w:rsidR="00553311" w:rsidRDefault="00000000">
      <w:pPr>
        <w:pStyle w:val="a0"/>
        <w:spacing w:after="30" w:line="269" w:lineRule="auto"/>
        <w:ind w:left="317" w:hanging="202"/>
        <w:rPr>
          <w:lang w:eastAsia="ja-JP"/>
        </w:rPr>
      </w:pPr>
      <w:r>
        <w:rPr>
          <w:sz w:val="19"/>
          <w:lang w:eastAsia="ja-JP"/>
        </w:rPr>
        <w:t>体調不良、装備不足、講師が安全確保困難と判断した場合は、水上実技への参加をお断りすることがあります。</w:t>
      </w:r>
    </w:p>
    <w:p w14:paraId="7B167E9E" w14:textId="77777777" w:rsidR="00553311" w:rsidRDefault="00000000">
      <w:pPr>
        <w:pStyle w:val="a0"/>
        <w:spacing w:after="30" w:line="269" w:lineRule="auto"/>
        <w:ind w:left="317" w:hanging="202"/>
        <w:rPr>
          <w:lang w:eastAsia="ja-JP"/>
        </w:rPr>
      </w:pPr>
      <w:r>
        <w:rPr>
          <w:sz w:val="19"/>
          <w:lang w:eastAsia="ja-JP"/>
        </w:rPr>
        <w:t>駐車料金および支笏湖環境保全協力金は参加費に含まれません。会場の案内に従い各自でお支払いください。</w:t>
      </w:r>
    </w:p>
    <w:p w14:paraId="29047F84" w14:textId="77777777" w:rsidR="00553311" w:rsidRDefault="00000000">
      <w:pPr>
        <w:pStyle w:val="1"/>
        <w:spacing w:before="160" w:after="60"/>
        <w:rPr>
          <w:rFonts w:ascii="Noto Sans JP" w:eastAsia="Noto Sans JP" w:hAnsi="Noto Sans JP"/>
          <w:sz w:val="26"/>
          <w:lang w:eastAsia="ja-JP"/>
        </w:rPr>
      </w:pPr>
      <w:r>
        <w:rPr>
          <w:rFonts w:ascii="Noto Sans JP" w:eastAsia="Noto Sans JP" w:hAnsi="Noto Sans JP"/>
          <w:sz w:val="26"/>
          <w:lang w:eastAsia="ja-JP"/>
        </w:rPr>
        <w:t>申込</w:t>
      </w:r>
    </w:p>
    <w:p w14:paraId="3D39CCD7" w14:textId="77777777" w:rsidR="008805E7" w:rsidRDefault="008805E7" w:rsidP="008805E7">
      <w:pPr>
        <w:spacing w:after="0"/>
        <w:rPr>
          <w:lang w:eastAsia="ja-JP"/>
        </w:rPr>
      </w:pPr>
      <w:hyperlink r:id="rId8" w:history="1">
        <w:r w:rsidRPr="003F18DA">
          <w:rPr>
            <w:rStyle w:val="aff"/>
            <w:lang w:eastAsia="ja-JP"/>
          </w:rPr>
          <w:t>https://forms.gle/76AVMb358JUGJ</w:t>
        </w:r>
        <w:r w:rsidRPr="003F18DA">
          <w:rPr>
            <w:rStyle w:val="aff"/>
            <w:lang w:eastAsia="ja-JP"/>
          </w:rPr>
          <w:t>W</w:t>
        </w:r>
        <w:r w:rsidRPr="003F18DA">
          <w:rPr>
            <w:rStyle w:val="aff"/>
            <w:lang w:eastAsia="ja-JP"/>
          </w:rPr>
          <w:t>Wa7</w:t>
        </w:r>
      </w:hyperlink>
    </w:p>
    <w:p w14:paraId="6D7430A4" w14:textId="77777777" w:rsidR="008805E7" w:rsidRDefault="008805E7" w:rsidP="008805E7">
      <w:pPr>
        <w:spacing w:after="0"/>
        <w:rPr>
          <w:lang w:eastAsia="ja-JP"/>
        </w:rPr>
      </w:pPr>
    </w:p>
    <w:p w14:paraId="1D7AF566" w14:textId="77777777" w:rsidR="008805E7" w:rsidRPr="00545D76" w:rsidRDefault="008805E7" w:rsidP="008805E7">
      <w:pPr>
        <w:spacing w:after="0"/>
        <w:rPr>
          <w:b/>
          <w:bCs/>
          <w:lang w:eastAsia="ja-JP"/>
        </w:rPr>
      </w:pPr>
      <w:r w:rsidRPr="00545D76">
        <w:rPr>
          <w:rFonts w:ascii="ＭＳ 明朝" w:eastAsia="ＭＳ 明朝" w:hAnsi="ＭＳ 明朝" w:cs="ＭＳ 明朝" w:hint="eastAsia"/>
          <w:b/>
          <w:bCs/>
          <w:lang w:eastAsia="ja-JP"/>
        </w:rPr>
        <w:t xml:space="preserve">参加費の支払いは１０月１０日１８：００より　</w:t>
      </w:r>
      <w:r w:rsidRPr="00545D76">
        <w:rPr>
          <w:rFonts w:hint="eastAsia"/>
          <w:b/>
          <w:bCs/>
          <w:lang w:eastAsia="ja-JP"/>
        </w:rPr>
        <w:t>SIJ</w:t>
      </w:r>
      <w:r w:rsidRPr="00545D76">
        <w:rPr>
          <w:rFonts w:ascii="ＭＳ 明朝" w:eastAsia="ＭＳ 明朝" w:hAnsi="ＭＳ 明朝" w:cs="ＭＳ 明朝" w:hint="eastAsia"/>
          <w:b/>
          <w:bCs/>
          <w:lang w:eastAsia="ja-JP"/>
        </w:rPr>
        <w:t>ホームページより</w:t>
      </w:r>
    </w:p>
    <w:p w14:paraId="1124FA3D" w14:textId="77777777" w:rsidR="008805E7" w:rsidRDefault="008805E7" w:rsidP="008805E7">
      <w:pPr>
        <w:rPr>
          <w:lang w:eastAsia="ja-JP"/>
        </w:rPr>
      </w:pPr>
      <w:r w:rsidRPr="003106D1">
        <w:rPr>
          <w:lang w:eastAsia="ja-JP"/>
        </w:rPr>
        <w:t>https://www.sup-j.org/</w:t>
      </w:r>
    </w:p>
    <w:p w14:paraId="601C1B14" w14:textId="77777777" w:rsidR="008805E7" w:rsidRPr="008805E7" w:rsidRDefault="008805E7" w:rsidP="008805E7">
      <w:pPr>
        <w:rPr>
          <w:rFonts w:hint="eastAsia"/>
          <w:lang w:eastAsia="ja-JP"/>
        </w:rPr>
      </w:pPr>
    </w:p>
    <w:p w14:paraId="2C9CB80E" w14:textId="6DEF88EE" w:rsidR="00553311" w:rsidRDefault="00553311">
      <w:pPr>
        <w:spacing w:after="40"/>
        <w:rPr>
          <w:lang w:eastAsia="ja-JP"/>
        </w:rPr>
      </w:pPr>
    </w:p>
    <w:sectPr w:rsidR="00553311" w:rsidSect="00034616">
      <w:footerReference w:type="default" r:id="rId9"/>
      <w:pgSz w:w="12240" w:h="15840"/>
      <w:pgMar w:top="648" w:right="907" w:bottom="648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810649" w14:textId="77777777" w:rsidR="0046667C" w:rsidRDefault="0046667C">
      <w:pPr>
        <w:spacing w:after="0" w:line="240" w:lineRule="auto"/>
      </w:pPr>
      <w:r>
        <w:separator/>
      </w:r>
    </w:p>
  </w:endnote>
  <w:endnote w:type="continuationSeparator" w:id="0">
    <w:p w14:paraId="13424762" w14:textId="77777777" w:rsidR="0046667C" w:rsidRDefault="00466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JP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2E77EC" w14:textId="77777777" w:rsidR="00553311" w:rsidRDefault="00000000">
    <w:pPr>
      <w:pStyle w:val="a7"/>
      <w:jc w:val="center"/>
    </w:pPr>
    <w:proofErr w:type="spellStart"/>
    <w:r>
      <w:rPr>
        <w:color w:val="505050"/>
        <w:sz w:val="17"/>
      </w:rPr>
      <w:t>一般社団法人</w:t>
    </w:r>
    <w:proofErr w:type="spellEnd"/>
    <w:r>
      <w:rPr>
        <w:color w:val="505050"/>
        <w:sz w:val="17"/>
      </w:rPr>
      <w:t xml:space="preserve"> </w:t>
    </w:r>
    <w:proofErr w:type="spellStart"/>
    <w:r>
      <w:rPr>
        <w:color w:val="505050"/>
        <w:sz w:val="17"/>
      </w:rPr>
      <w:t>日本SUP指導者協会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902760" w14:textId="77777777" w:rsidR="0046667C" w:rsidRDefault="0046667C">
      <w:pPr>
        <w:spacing w:after="0" w:line="240" w:lineRule="auto"/>
      </w:pPr>
      <w:r>
        <w:separator/>
      </w:r>
    </w:p>
  </w:footnote>
  <w:footnote w:type="continuationSeparator" w:id="0">
    <w:p w14:paraId="002982A7" w14:textId="77777777" w:rsidR="0046667C" w:rsidRDefault="004666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4644168">
    <w:abstractNumId w:val="8"/>
  </w:num>
  <w:num w:numId="2" w16cid:durableId="545409806">
    <w:abstractNumId w:val="6"/>
  </w:num>
  <w:num w:numId="3" w16cid:durableId="315031812">
    <w:abstractNumId w:val="5"/>
  </w:num>
  <w:num w:numId="4" w16cid:durableId="1107386891">
    <w:abstractNumId w:val="4"/>
  </w:num>
  <w:num w:numId="5" w16cid:durableId="253827301">
    <w:abstractNumId w:val="7"/>
  </w:num>
  <w:num w:numId="6" w16cid:durableId="1438256452">
    <w:abstractNumId w:val="3"/>
  </w:num>
  <w:num w:numId="7" w16cid:durableId="2101172672">
    <w:abstractNumId w:val="2"/>
  </w:num>
  <w:num w:numId="8" w16cid:durableId="1035619844">
    <w:abstractNumId w:val="1"/>
  </w:num>
  <w:num w:numId="9" w16cid:durableId="10730882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2D78"/>
    <w:rsid w:val="0029639D"/>
    <w:rsid w:val="00326F90"/>
    <w:rsid w:val="0046667C"/>
    <w:rsid w:val="00553311"/>
    <w:rsid w:val="005E4141"/>
    <w:rsid w:val="00610D97"/>
    <w:rsid w:val="008805E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F062CB"/>
  <w14:defaultImageDpi w14:val="300"/>
  <w15:docId w15:val="{6A882E54-742A-004D-9F6B-556950C2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Noto Sans JP" w:eastAsia="Noto Sans JP" w:hAnsi="Noto Sans JP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unhideWhenUsed/>
    <w:rsid w:val="008805E7"/>
    <w:rPr>
      <w:color w:val="0000FF" w:themeColor="hyperlink"/>
      <w:u w:val="single"/>
    </w:rPr>
  </w:style>
  <w:style w:type="character" w:styleId="aff0">
    <w:name w:val="FollowedHyperlink"/>
    <w:basedOn w:val="a2"/>
    <w:uiPriority w:val="99"/>
    <w:semiHidden/>
    <w:unhideWhenUsed/>
    <w:rsid w:val="008805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76AVMb358JUGJWWa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833</Words>
  <Characters>883</Characters>
  <Application>Microsoft Office Word</Application>
  <DocSecurity>0</DocSecurity>
  <Lines>44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2026年度 SIJインストラクターズミーティングおよび更新講習会 開催要項</dc:title>
  <dc:subject>北海道地区 支笏湖みなもあパーク</dc:subject>
  <dc:creator>Hokkaido Great Adventure</dc:creator>
  <cp:keywords/>
  <dc:description>generated by python-docx</dc:description>
  <cp:lastModifiedBy>浩明 岸</cp:lastModifiedBy>
  <cp:revision>3</cp:revision>
  <cp:lastPrinted>2026-10-05T03:41:00Z</cp:lastPrinted>
  <dcterms:created xsi:type="dcterms:W3CDTF">2026-10-05T03:41:00Z</dcterms:created>
  <dcterms:modified xsi:type="dcterms:W3CDTF">2026-10-05T03:43:00Z</dcterms:modified>
  <cp:category/>
</cp:coreProperties>
</file>