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2"/>
      </w:pPr>
      <w:r>
        <w:t>The Grill</w:t>
      </w:r>
    </w:p>
    <w:p>
      <w:pPr>
        <w:pStyle w:val="ListBullet"/>
      </w:pPr>
      <w:r>
        <w:t>- 10oz Rump Steak served with Buttered Mushrooms, Roasted Tomato, Beer Battered Onion Rings, Chips &amp; Salad or Peas (GFA) – £21.95</w:t>
      </w:r>
    </w:p>
    <w:p>
      <w:pPr>
        <w:pStyle w:val="ListBullet"/>
      </w:pPr>
      <w:r>
        <w:t>- 10oz Gammon Steak served with Buttered Mushrooms, Roasted Tomato, Egg, Pineapple, Chips &amp; Salad or Peas (GF) – £14.95</w:t>
      </w:r>
    </w:p>
    <w:p>
      <w:pPr>
        <w:pStyle w:val="ListBullet"/>
      </w:pPr>
      <w:r>
        <w:t>- Trio of Sizzling Lamb Chops served with Creamy Mash, Tenderstem Broccoli, Pickled Red Cabbage &amp; Rich Stockpot Gravy – £20.95</w:t>
      </w:r>
    </w:p>
    <w:p>
      <w:pPr>
        <w:pStyle w:val="Heading2"/>
      </w:pPr>
      <w:r>
        <w:t>Burgers</w:t>
      </w:r>
    </w:p>
    <w:p>
      <w:r>
        <w:t>All our Burgers are Homemade &amp; served in a Seeded Brioche Bun with Lettuce, Tomato, Onion, Fries &amp; Coleslaw</w:t>
      </w:r>
    </w:p>
    <w:p>
      <w:pPr>
        <w:pStyle w:val="ListBullet"/>
      </w:pPr>
      <w:r>
        <w:t>- Farmers Steak Burger topped with Smoked Bacon &amp; Melted Cheddar – £12.95</w:t>
      </w:r>
    </w:p>
    <w:p>
      <w:pPr>
        <w:pStyle w:val="ListBullet"/>
      </w:pPr>
      <w:r>
        <w:t>- Halloumi Burger with Sweet Chilli Mayo – £11.95</w:t>
      </w:r>
    </w:p>
    <w:p>
      <w:pPr>
        <w:pStyle w:val="ListBullet"/>
      </w:pPr>
      <w:r>
        <w:t>- Cajun Spiced Chicken Burger with Mint Mayo – £12.95</w:t>
      </w:r>
    </w:p>
    <w:p>
      <w:pPr>
        <w:pStyle w:val="ListBullet"/>
      </w:pPr>
      <w:r>
        <w:t>- Farmers Special Burger – Steak Burger, Cajun Spiced Chicken Breast, Double Smoked Bacon, Chorizo, Double Cheese, Sweet Chilli Mayo &amp; Onion Rings – £18.95</w:t>
      </w:r>
    </w:p>
    <w:p>
      <w:r>
        <w:t>Add to your Burger:</w:t>
      </w:r>
    </w:p>
    <w:p>
      <w:pPr>
        <w:pStyle w:val="ListBullet"/>
      </w:pPr>
      <w:r>
        <w:t>- Fried Egg £0.50</w:t>
      </w:r>
    </w:p>
    <w:p>
      <w:pPr>
        <w:pStyle w:val="ListBullet"/>
      </w:pPr>
      <w:r>
        <w:t>- Chorizo £1.00</w:t>
      </w:r>
    </w:p>
    <w:p>
      <w:pPr>
        <w:pStyle w:val="ListBullet"/>
      </w:pPr>
      <w:r>
        <w:t>- Bacon £1.00</w:t>
      </w:r>
    </w:p>
    <w:p>
      <w:pPr>
        <w:pStyle w:val="ListBullet"/>
      </w:pPr>
      <w:r>
        <w:t>- Blue Cheese £1.00</w:t>
      </w:r>
    </w:p>
    <w:p>
      <w:pPr>
        <w:pStyle w:val="Heading2"/>
      </w:pPr>
      <w:r>
        <w:t>Sides</w:t>
      </w:r>
    </w:p>
    <w:p>
      <w:pPr>
        <w:pStyle w:val="ListBullet"/>
      </w:pPr>
      <w:r>
        <w:t>- Chips – £3.50</w:t>
      </w:r>
    </w:p>
    <w:p>
      <w:pPr>
        <w:pStyle w:val="ListBullet"/>
      </w:pPr>
      <w:r>
        <w:t>- Garlic Ciabatta – £3.50</w:t>
      </w:r>
    </w:p>
    <w:p>
      <w:pPr>
        <w:pStyle w:val="ListBullet"/>
      </w:pPr>
      <w:r>
        <w:t>- Cheesy Garlic Ciabatta – £3.95</w:t>
      </w:r>
    </w:p>
    <w:p>
      <w:pPr>
        <w:pStyle w:val="ListBullet"/>
      </w:pPr>
      <w:r>
        <w:t>- Beer Battered Onion Rings – £3.50</w:t>
      </w:r>
    </w:p>
    <w:p>
      <w:pPr>
        <w:pStyle w:val="ListBullet"/>
      </w:pPr>
      <w:r>
        <w:t>- Peppercorn Sauce – £2.50</w:t>
      </w:r>
    </w:p>
    <w:p>
      <w:pPr>
        <w:pStyle w:val="ListBullet"/>
      </w:pPr>
      <w:r>
        <w:t>- House Salad – £1.95</w:t>
      </w:r>
    </w:p>
    <w:p>
      <w:pPr>
        <w:pStyle w:val="ListBullet"/>
      </w:pPr>
      <w:r>
        <w:t>- Fresh Vegetables – £1.95</w:t>
      </w:r>
    </w:p>
    <w:p>
      <w:pPr>
        <w:pStyle w:val="ListBullet"/>
      </w:pPr>
      <w:r>
        <w:t>- Bread &amp; Butter – £1.00</w:t>
      </w:r>
    </w:p>
    <w:p>
      <w:pPr>
        <w:pStyle w:val="ListBullet"/>
      </w:pPr>
      <w:r>
        <w:t>- Blue Cheese Sauce – £2.50</w:t>
      </w:r>
    </w:p>
    <w:p>
      <w:pPr>
        <w:pStyle w:val="Heading2"/>
      </w:pPr>
      <w:r>
        <w:t>Desserts</w:t>
      </w:r>
    </w:p>
    <w:p>
      <w:pPr>
        <w:pStyle w:val="ListBullet"/>
      </w:pPr>
      <w:r>
        <w:t>- Farmers Cheesecake of the Day served with a choice of Ice Cream, Pouring Cream or Custard – £6.00</w:t>
      </w:r>
    </w:p>
    <w:p>
      <w:pPr>
        <w:pStyle w:val="ListBullet"/>
      </w:pPr>
      <w:r>
        <w:t>- Triple Chocolate Brownie served with a choice of Ice Cream, Pouring Cream or Custard (GF) – £6.00</w:t>
      </w:r>
    </w:p>
    <w:p>
      <w:pPr>
        <w:pStyle w:val="ListBullet"/>
      </w:pPr>
      <w:r>
        <w:t>- Trio of Ice Cream served with Sauce &amp; Wafer (GF Without Wafer) – £5.50</w:t>
      </w:r>
    </w:p>
    <w:p>
      <w:pPr>
        <w:pStyle w:val="ListBullet"/>
      </w:pPr>
      <w:r>
        <w:t>- Warm Apple Pie served with Ice Cream, Pouring Cream or Custard – £6.00</w:t>
      </w:r>
    </w:p>
    <w:p>
      <w:pPr>
        <w:pStyle w:val="ListBullet"/>
      </w:pPr>
      <w:r>
        <w:t>- Bakewell Tart served with a choice of Ice Cream, Pouring Cream or Custard – £6.00</w:t>
      </w:r>
    </w:p>
    <w:p>
      <w:pPr>
        <w:pStyle w:val="ListBullet"/>
      </w:pPr>
      <w:r>
        <w:t>- Fresh Fruit Pavlova topped with Chantilly Cream &amp; Fresh Fruit – £6.75</w:t>
      </w:r>
    </w:p>
    <w:p>
      <w:pPr>
        <w:pStyle w:val="ListBullet"/>
      </w:pPr>
      <w:r>
        <w:t>- Vegan Sorbet with Fresh Fruit (VE)(GF) – £5.50</w:t>
      </w:r>
    </w:p>
    <w:p>
      <w:r>
        <w:t>GF Gluten Free, V Vegetarian, VE Vegan, GFA Gluten Free Available</w:t>
      </w:r>
    </w:p>
    <w:p>
      <w:r>
        <w:t>Please ask a Member of Staff for our Allergens List</w:t>
      </w:r>
    </w:p>
    <w:p>
      <w:r>
        <w:t>All our Meat is Locally Sourced from Stuart Palin’s Butchers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